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3CF9F" w14:textId="77777777" w:rsidR="00045698" w:rsidRPr="00E218C0" w:rsidRDefault="00247E77">
      <w:pPr>
        <w:spacing w:after="400"/>
        <w:jc w:val="center"/>
        <w:rPr>
          <w:rFonts w:asciiTheme="minorEastAsia" w:hAnsiTheme="minorEastAsia"/>
          <w:color w:val="auto"/>
          <w:lang w:eastAsia="ja-JP"/>
        </w:rPr>
      </w:pPr>
      <w:r w:rsidRPr="00E218C0">
        <w:rPr>
          <w:rFonts w:asciiTheme="minorEastAsia" w:hAnsiTheme="minorEastAsia"/>
          <w:b/>
          <w:color w:val="auto"/>
          <w:sz w:val="32"/>
          <w:lang w:eastAsia="ja-JP"/>
        </w:rPr>
        <w:t>議会議員等との関係に関する申告書</w:t>
      </w:r>
    </w:p>
    <w:p w14:paraId="5C40F56E" w14:textId="77777777" w:rsidR="00045698" w:rsidRPr="00E218C0" w:rsidRDefault="00247E77">
      <w:pPr>
        <w:spacing w:after="280"/>
        <w:jc w:val="right"/>
        <w:rPr>
          <w:rFonts w:asciiTheme="minorEastAsia" w:hAnsiTheme="minorEastAsia"/>
          <w:color w:val="auto"/>
          <w:lang w:eastAsia="ja-JP"/>
        </w:rPr>
      </w:pPr>
      <w:proofErr w:type="spellStart"/>
      <w:r w:rsidRPr="00E218C0">
        <w:rPr>
          <w:rFonts w:asciiTheme="minorEastAsia" w:hAnsiTheme="minorEastAsia"/>
          <w:color w:val="auto"/>
        </w:rPr>
        <w:t>令和</w:t>
      </w:r>
      <w:proofErr w:type="spellEnd"/>
      <w:r w:rsidRPr="00E218C0">
        <w:rPr>
          <w:rFonts w:asciiTheme="minorEastAsia" w:hAnsiTheme="minorEastAsia"/>
          <w:color w:val="auto"/>
        </w:rPr>
        <w:t xml:space="preserve">　　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7236"/>
      </w:tblGrid>
      <w:tr w:rsidR="00E218C0" w:rsidRPr="00E218C0" w14:paraId="2CFD70DF" w14:textId="77777777" w:rsidTr="000759E1">
        <w:trPr>
          <w:jc w:val="center"/>
        </w:trPr>
        <w:tc>
          <w:tcPr>
            <w:tcW w:w="1836" w:type="dxa"/>
            <w:shd w:val="clear" w:color="auto" w:fill="auto"/>
            <w:tcMar>
              <w:top w:w="80" w:type="dxa"/>
              <w:left w:w="100" w:type="dxa"/>
              <w:bottom w:w="80" w:type="dxa"/>
              <w:right w:w="100" w:type="dxa"/>
            </w:tcMar>
            <w:vAlign w:val="center"/>
          </w:tcPr>
          <w:p w14:paraId="431461BD" w14:textId="77777777" w:rsidR="00045698" w:rsidRPr="00E218C0" w:rsidRDefault="00247E77" w:rsidP="00E218C0">
            <w:pPr>
              <w:spacing w:after="0" w:line="240" w:lineRule="auto"/>
              <w:jc w:val="both"/>
              <w:rPr>
                <w:rFonts w:asciiTheme="minorEastAsia" w:hAnsiTheme="minorEastAsia"/>
                <w:color w:val="auto"/>
              </w:rPr>
            </w:pPr>
            <w:proofErr w:type="spellStart"/>
            <w:r w:rsidRPr="00E218C0">
              <w:rPr>
                <w:rFonts w:asciiTheme="minorEastAsia" w:hAnsiTheme="minorEastAsia"/>
                <w:b/>
                <w:color w:val="auto"/>
                <w:sz w:val="19"/>
              </w:rPr>
              <w:t>指定対象施設名称</w:t>
            </w:r>
            <w:proofErr w:type="spellEnd"/>
          </w:p>
        </w:tc>
        <w:tc>
          <w:tcPr>
            <w:tcW w:w="7236" w:type="dxa"/>
            <w:tcMar>
              <w:top w:w="80" w:type="dxa"/>
              <w:left w:w="100" w:type="dxa"/>
              <w:bottom w:w="80" w:type="dxa"/>
              <w:right w:w="100" w:type="dxa"/>
            </w:tcMar>
            <w:vAlign w:val="center"/>
          </w:tcPr>
          <w:p w14:paraId="625EB508" w14:textId="77777777" w:rsidR="00045698" w:rsidRPr="00E218C0" w:rsidRDefault="00045698" w:rsidP="00E218C0">
            <w:pPr>
              <w:spacing w:after="0" w:line="240" w:lineRule="auto"/>
              <w:jc w:val="both"/>
              <w:rPr>
                <w:rFonts w:asciiTheme="minorEastAsia" w:hAnsiTheme="minorEastAsia"/>
                <w:color w:val="auto"/>
                <w:lang w:eastAsia="ja-JP"/>
              </w:rPr>
            </w:pPr>
          </w:p>
          <w:p w14:paraId="24CA38CB" w14:textId="77777777" w:rsidR="00E218C0" w:rsidRDefault="00E218C0" w:rsidP="00E218C0">
            <w:pPr>
              <w:spacing w:after="0" w:line="240" w:lineRule="auto"/>
              <w:jc w:val="both"/>
              <w:rPr>
                <w:rFonts w:asciiTheme="minorEastAsia" w:hAnsiTheme="minorEastAsia"/>
                <w:color w:val="auto"/>
                <w:lang w:eastAsia="ja-JP"/>
              </w:rPr>
            </w:pPr>
          </w:p>
          <w:p w14:paraId="7FF67542" w14:textId="77777777" w:rsidR="00D478AC" w:rsidRPr="00E218C0" w:rsidRDefault="00D478AC" w:rsidP="00E218C0">
            <w:pPr>
              <w:spacing w:after="0" w:line="240" w:lineRule="auto"/>
              <w:jc w:val="both"/>
              <w:rPr>
                <w:rFonts w:asciiTheme="minorEastAsia" w:hAnsiTheme="minorEastAsia"/>
                <w:color w:val="auto"/>
                <w:lang w:eastAsia="ja-JP"/>
              </w:rPr>
            </w:pPr>
          </w:p>
        </w:tc>
      </w:tr>
      <w:tr w:rsidR="00E218C0" w:rsidRPr="00E218C0" w14:paraId="2BDD6F06" w14:textId="77777777" w:rsidTr="000759E1">
        <w:trPr>
          <w:jc w:val="center"/>
        </w:trPr>
        <w:tc>
          <w:tcPr>
            <w:tcW w:w="1836" w:type="dxa"/>
            <w:shd w:val="clear" w:color="auto" w:fill="auto"/>
            <w:tcMar>
              <w:top w:w="80" w:type="dxa"/>
              <w:left w:w="100" w:type="dxa"/>
              <w:bottom w:w="80" w:type="dxa"/>
              <w:right w:w="100" w:type="dxa"/>
            </w:tcMar>
            <w:vAlign w:val="center"/>
          </w:tcPr>
          <w:p w14:paraId="11DFD349" w14:textId="77777777" w:rsidR="00045698" w:rsidRPr="00E218C0" w:rsidRDefault="00247E77" w:rsidP="00E218C0">
            <w:pPr>
              <w:spacing w:after="0" w:line="240" w:lineRule="auto"/>
              <w:jc w:val="both"/>
              <w:rPr>
                <w:rFonts w:asciiTheme="minorEastAsia" w:hAnsiTheme="minorEastAsia"/>
                <w:color w:val="auto"/>
              </w:rPr>
            </w:pPr>
            <w:proofErr w:type="spellStart"/>
            <w:r w:rsidRPr="00E218C0">
              <w:rPr>
                <w:rFonts w:asciiTheme="minorEastAsia" w:hAnsiTheme="minorEastAsia"/>
                <w:b/>
                <w:color w:val="auto"/>
                <w:sz w:val="19"/>
              </w:rPr>
              <w:t>団体・法人名</w:t>
            </w:r>
            <w:proofErr w:type="spellEnd"/>
          </w:p>
        </w:tc>
        <w:tc>
          <w:tcPr>
            <w:tcW w:w="7236" w:type="dxa"/>
            <w:tcMar>
              <w:top w:w="80" w:type="dxa"/>
              <w:left w:w="100" w:type="dxa"/>
              <w:bottom w:w="80" w:type="dxa"/>
              <w:right w:w="100" w:type="dxa"/>
            </w:tcMar>
            <w:vAlign w:val="center"/>
          </w:tcPr>
          <w:p w14:paraId="39423BF6" w14:textId="77777777" w:rsidR="00045698" w:rsidRPr="00E218C0" w:rsidRDefault="00045698" w:rsidP="00E218C0">
            <w:pPr>
              <w:spacing w:after="0" w:line="240" w:lineRule="auto"/>
              <w:jc w:val="both"/>
              <w:rPr>
                <w:rFonts w:asciiTheme="minorEastAsia" w:hAnsiTheme="minorEastAsia"/>
                <w:color w:val="auto"/>
                <w:lang w:eastAsia="ja-JP"/>
              </w:rPr>
            </w:pPr>
          </w:p>
          <w:p w14:paraId="59577645" w14:textId="77777777" w:rsidR="00E218C0" w:rsidRDefault="00E218C0" w:rsidP="00E218C0">
            <w:pPr>
              <w:spacing w:after="0" w:line="240" w:lineRule="auto"/>
              <w:jc w:val="both"/>
              <w:rPr>
                <w:rFonts w:asciiTheme="minorEastAsia" w:hAnsiTheme="minorEastAsia"/>
                <w:color w:val="auto"/>
                <w:lang w:eastAsia="ja-JP"/>
              </w:rPr>
            </w:pPr>
          </w:p>
          <w:p w14:paraId="52B95ACE" w14:textId="77777777" w:rsidR="00D478AC" w:rsidRPr="00E218C0" w:rsidRDefault="00D478AC" w:rsidP="00E218C0">
            <w:pPr>
              <w:spacing w:after="0" w:line="240" w:lineRule="auto"/>
              <w:jc w:val="both"/>
              <w:rPr>
                <w:rFonts w:asciiTheme="minorEastAsia" w:hAnsiTheme="minorEastAsia"/>
                <w:color w:val="auto"/>
                <w:lang w:eastAsia="ja-JP"/>
              </w:rPr>
            </w:pPr>
          </w:p>
        </w:tc>
      </w:tr>
      <w:tr w:rsidR="00E218C0" w:rsidRPr="00E218C0" w14:paraId="74B8A4BD" w14:textId="77777777" w:rsidTr="000759E1">
        <w:trPr>
          <w:jc w:val="center"/>
        </w:trPr>
        <w:tc>
          <w:tcPr>
            <w:tcW w:w="1836" w:type="dxa"/>
            <w:shd w:val="clear" w:color="auto" w:fill="auto"/>
            <w:tcMar>
              <w:top w:w="80" w:type="dxa"/>
              <w:left w:w="100" w:type="dxa"/>
              <w:bottom w:w="80" w:type="dxa"/>
              <w:right w:w="100" w:type="dxa"/>
            </w:tcMar>
            <w:vAlign w:val="center"/>
          </w:tcPr>
          <w:p w14:paraId="68F8F904" w14:textId="77777777" w:rsidR="00045698" w:rsidRPr="00E218C0" w:rsidRDefault="00247E77" w:rsidP="00E218C0">
            <w:pPr>
              <w:spacing w:after="0" w:line="240" w:lineRule="auto"/>
              <w:jc w:val="both"/>
              <w:rPr>
                <w:rFonts w:asciiTheme="minorEastAsia" w:hAnsiTheme="minorEastAsia"/>
                <w:color w:val="auto"/>
              </w:rPr>
            </w:pPr>
            <w:r w:rsidRPr="00E218C0">
              <w:rPr>
                <w:rFonts w:asciiTheme="minorEastAsia" w:hAnsiTheme="minorEastAsia"/>
                <w:b/>
                <w:color w:val="auto"/>
                <w:sz w:val="19"/>
              </w:rPr>
              <w:t>所在地</w:t>
            </w:r>
          </w:p>
        </w:tc>
        <w:tc>
          <w:tcPr>
            <w:tcW w:w="7236" w:type="dxa"/>
            <w:tcMar>
              <w:top w:w="80" w:type="dxa"/>
              <w:left w:w="100" w:type="dxa"/>
              <w:bottom w:w="80" w:type="dxa"/>
              <w:right w:w="100" w:type="dxa"/>
            </w:tcMar>
            <w:vAlign w:val="center"/>
          </w:tcPr>
          <w:p w14:paraId="3E789E6F" w14:textId="77777777" w:rsidR="00045698" w:rsidRDefault="00045698" w:rsidP="00E218C0">
            <w:pPr>
              <w:spacing w:after="0" w:line="240" w:lineRule="auto"/>
              <w:jc w:val="both"/>
              <w:rPr>
                <w:rFonts w:asciiTheme="minorEastAsia" w:hAnsiTheme="minorEastAsia"/>
                <w:color w:val="auto"/>
                <w:lang w:eastAsia="ja-JP"/>
              </w:rPr>
            </w:pPr>
          </w:p>
          <w:p w14:paraId="285A0B5D" w14:textId="77777777" w:rsidR="00D478AC" w:rsidRPr="00E218C0" w:rsidRDefault="00D478AC" w:rsidP="00E218C0">
            <w:pPr>
              <w:spacing w:after="0" w:line="240" w:lineRule="auto"/>
              <w:jc w:val="both"/>
              <w:rPr>
                <w:rFonts w:asciiTheme="minorEastAsia" w:hAnsiTheme="minorEastAsia"/>
                <w:color w:val="auto"/>
                <w:lang w:eastAsia="ja-JP"/>
              </w:rPr>
            </w:pPr>
          </w:p>
          <w:p w14:paraId="3276055E" w14:textId="77777777" w:rsidR="00E218C0" w:rsidRPr="00E218C0" w:rsidRDefault="00E218C0" w:rsidP="00E218C0">
            <w:pPr>
              <w:spacing w:after="0" w:line="240" w:lineRule="auto"/>
              <w:jc w:val="both"/>
              <w:rPr>
                <w:rFonts w:asciiTheme="minorEastAsia" w:hAnsiTheme="minorEastAsia"/>
                <w:color w:val="auto"/>
                <w:lang w:eastAsia="ja-JP"/>
              </w:rPr>
            </w:pPr>
          </w:p>
        </w:tc>
      </w:tr>
      <w:tr w:rsidR="00E218C0" w:rsidRPr="00E218C0" w14:paraId="05B66BF9" w14:textId="77777777" w:rsidTr="000759E1">
        <w:trPr>
          <w:jc w:val="center"/>
        </w:trPr>
        <w:tc>
          <w:tcPr>
            <w:tcW w:w="1836" w:type="dxa"/>
            <w:shd w:val="clear" w:color="auto" w:fill="auto"/>
            <w:tcMar>
              <w:top w:w="80" w:type="dxa"/>
              <w:left w:w="100" w:type="dxa"/>
              <w:bottom w:w="80" w:type="dxa"/>
              <w:right w:w="100" w:type="dxa"/>
            </w:tcMar>
            <w:vAlign w:val="center"/>
          </w:tcPr>
          <w:p w14:paraId="6A94CC56" w14:textId="77777777" w:rsidR="00045698" w:rsidRPr="00E218C0" w:rsidRDefault="00247E77" w:rsidP="00E218C0">
            <w:pPr>
              <w:spacing w:after="0" w:line="240" w:lineRule="auto"/>
              <w:jc w:val="both"/>
              <w:rPr>
                <w:rFonts w:asciiTheme="minorEastAsia" w:hAnsiTheme="minorEastAsia"/>
                <w:color w:val="auto"/>
              </w:rPr>
            </w:pPr>
            <w:proofErr w:type="spellStart"/>
            <w:r w:rsidRPr="00E218C0">
              <w:rPr>
                <w:rFonts w:asciiTheme="minorEastAsia" w:hAnsiTheme="minorEastAsia"/>
                <w:b/>
                <w:color w:val="auto"/>
                <w:sz w:val="19"/>
              </w:rPr>
              <w:t>代表者職・氏名</w:t>
            </w:r>
            <w:proofErr w:type="spellEnd"/>
          </w:p>
        </w:tc>
        <w:tc>
          <w:tcPr>
            <w:tcW w:w="7236" w:type="dxa"/>
            <w:tcMar>
              <w:top w:w="80" w:type="dxa"/>
              <w:left w:w="100" w:type="dxa"/>
              <w:bottom w:w="80" w:type="dxa"/>
              <w:right w:w="100" w:type="dxa"/>
            </w:tcMar>
            <w:vAlign w:val="center"/>
          </w:tcPr>
          <w:p w14:paraId="4E662FA1" w14:textId="77777777" w:rsidR="00E218C0" w:rsidRPr="00E218C0" w:rsidRDefault="00E218C0" w:rsidP="00E218C0">
            <w:pPr>
              <w:spacing w:after="0" w:line="240" w:lineRule="auto"/>
              <w:ind w:right="800"/>
              <w:rPr>
                <w:rFonts w:asciiTheme="minorEastAsia" w:hAnsiTheme="minorEastAsia"/>
                <w:color w:val="auto"/>
                <w:sz w:val="20"/>
                <w:lang w:eastAsia="ja-JP"/>
              </w:rPr>
            </w:pPr>
          </w:p>
          <w:p w14:paraId="4B0EB93A" w14:textId="338379A3" w:rsidR="00045698" w:rsidRDefault="00247E77" w:rsidP="00E218C0">
            <w:pPr>
              <w:wordWrap w:val="0"/>
              <w:spacing w:after="0" w:line="240" w:lineRule="auto"/>
              <w:jc w:val="right"/>
              <w:rPr>
                <w:rFonts w:asciiTheme="minorEastAsia" w:hAnsiTheme="minorEastAsia"/>
                <w:color w:val="auto"/>
                <w:sz w:val="20"/>
                <w:lang w:eastAsia="ja-JP"/>
              </w:rPr>
            </w:pPr>
            <w:r w:rsidRPr="00E218C0">
              <w:rPr>
                <w:rFonts w:asciiTheme="minorEastAsia" w:hAnsiTheme="minorEastAsia"/>
                <w:color w:val="auto"/>
                <w:sz w:val="20"/>
              </w:rPr>
              <w:t xml:space="preserve">　　　　　　　　　　　　　　　　　　　　</w:t>
            </w:r>
            <w:r w:rsidR="00E218C0" w:rsidRPr="00E218C0">
              <w:rPr>
                <w:rFonts w:asciiTheme="minorEastAsia" w:hAnsiTheme="minorEastAsia" w:hint="eastAsia"/>
                <w:color w:val="auto"/>
                <w:sz w:val="20"/>
                <w:lang w:eastAsia="ja-JP"/>
              </w:rPr>
              <w:t xml:space="preserve">　　</w:t>
            </w:r>
          </w:p>
          <w:p w14:paraId="696FEBD0" w14:textId="077A9FB2" w:rsidR="00D478AC" w:rsidRPr="00E218C0" w:rsidRDefault="00D478AC" w:rsidP="00D478AC">
            <w:pPr>
              <w:spacing w:after="0" w:line="240" w:lineRule="auto"/>
              <w:rPr>
                <w:rFonts w:asciiTheme="minorEastAsia" w:hAnsiTheme="minorEastAsia"/>
                <w:color w:val="auto"/>
              </w:rPr>
            </w:pPr>
          </w:p>
        </w:tc>
      </w:tr>
    </w:tbl>
    <w:p w14:paraId="4258E807" w14:textId="77777777" w:rsidR="00045698" w:rsidRPr="00E218C0" w:rsidRDefault="00045698" w:rsidP="00D478AC">
      <w:pPr>
        <w:spacing w:after="0" w:line="120" w:lineRule="exact"/>
        <w:rPr>
          <w:rFonts w:asciiTheme="minorEastAsia" w:hAnsiTheme="minorEastAsia"/>
          <w:color w:val="auto"/>
        </w:rPr>
      </w:pPr>
    </w:p>
    <w:p w14:paraId="67CA33B3" w14:textId="77777777" w:rsidR="00045698" w:rsidRPr="00E218C0" w:rsidRDefault="00247E77" w:rsidP="00E218C0">
      <w:pPr>
        <w:spacing w:after="240" w:line="300" w:lineRule="auto"/>
        <w:ind w:rightChars="-60" w:right="-126" w:firstLineChars="100" w:firstLine="190"/>
        <w:rPr>
          <w:rFonts w:asciiTheme="minorEastAsia" w:hAnsiTheme="minorEastAsia"/>
          <w:color w:val="auto"/>
          <w:lang w:eastAsia="ja-JP"/>
        </w:rPr>
      </w:pPr>
      <w:r w:rsidRPr="00E218C0">
        <w:rPr>
          <w:rFonts w:asciiTheme="minorEastAsia" w:hAnsiTheme="minorEastAsia"/>
          <w:color w:val="auto"/>
          <w:sz w:val="19"/>
          <w:lang w:eastAsia="ja-JP"/>
        </w:rPr>
        <w:t>当団体は、指定管理者の指定申請を行うにあたり、公正かつ透明な審査ならびに地方自治法第117条（議決における除斥）等の適切な運用に資するため、当団体の役員等における議会議員およびその一親等以内の親族等の就任状況について、下記のとおり申告します。</w:t>
      </w:r>
    </w:p>
    <w:p w14:paraId="532E4E17" w14:textId="77777777" w:rsidR="00045698" w:rsidRPr="00E218C0" w:rsidRDefault="00247E77">
      <w:pPr>
        <w:spacing w:after="160"/>
        <w:jc w:val="center"/>
        <w:rPr>
          <w:rFonts w:asciiTheme="minorEastAsia" w:hAnsiTheme="minorEastAsia"/>
          <w:color w:val="auto"/>
          <w:lang w:eastAsia="ja-JP"/>
        </w:rPr>
      </w:pPr>
      <w:r w:rsidRPr="00E218C0">
        <w:rPr>
          <w:rFonts w:asciiTheme="minorEastAsia" w:hAnsiTheme="minorEastAsia"/>
          <w:b/>
          <w:color w:val="auto"/>
          <w:sz w:val="22"/>
          <w:lang w:eastAsia="ja-JP"/>
        </w:rPr>
        <w:t>記</w:t>
      </w:r>
    </w:p>
    <w:p w14:paraId="3276B00F" w14:textId="77777777" w:rsidR="00045698" w:rsidRPr="00E218C0" w:rsidRDefault="00247E77">
      <w:pPr>
        <w:spacing w:before="80" w:after="80"/>
        <w:rPr>
          <w:rFonts w:asciiTheme="minorEastAsia" w:hAnsiTheme="minorEastAsia"/>
          <w:color w:val="auto"/>
          <w:lang w:eastAsia="ja-JP"/>
        </w:rPr>
      </w:pPr>
      <w:r w:rsidRPr="00E218C0">
        <w:rPr>
          <w:rFonts w:asciiTheme="minorEastAsia" w:hAnsiTheme="minorEastAsia"/>
          <w:b/>
          <w:color w:val="auto"/>
          <w:lang w:eastAsia="ja-JP"/>
        </w:rPr>
        <w:t>1. 当団体の役員等における議会議員およびその関係者の就任有無</w:t>
      </w:r>
    </w:p>
    <w:p w14:paraId="0E4CF1EA" w14:textId="77777777" w:rsidR="00045698" w:rsidRPr="00E218C0" w:rsidRDefault="00247E77">
      <w:pPr>
        <w:spacing w:after="160"/>
        <w:ind w:left="288"/>
        <w:rPr>
          <w:rFonts w:asciiTheme="minorEastAsia" w:hAnsiTheme="minorEastAsia"/>
          <w:color w:val="auto"/>
          <w:lang w:eastAsia="ja-JP"/>
        </w:rPr>
      </w:pPr>
      <w:r w:rsidRPr="00E218C0">
        <w:rPr>
          <w:rFonts w:asciiTheme="minorEastAsia" w:hAnsiTheme="minorEastAsia"/>
          <w:color w:val="auto"/>
          <w:sz w:val="18"/>
          <w:lang w:eastAsia="ja-JP"/>
        </w:rPr>
        <w:t>該当する項目に「☑」を記載してください。</w:t>
      </w:r>
      <w:r w:rsidRPr="00E218C0">
        <w:rPr>
          <w:rFonts w:asciiTheme="minorEastAsia" w:hAnsiTheme="minorEastAsia"/>
          <w:color w:val="auto"/>
          <w:sz w:val="18"/>
          <w:lang w:eastAsia="ja-JP"/>
        </w:rPr>
        <w:br/>
      </w:r>
      <w:r w:rsidRPr="00E218C0">
        <w:rPr>
          <w:rFonts w:asciiTheme="minorEastAsia" w:hAnsiTheme="minorEastAsia"/>
          <w:color w:val="auto"/>
          <w:sz w:val="19"/>
          <w:lang w:eastAsia="ja-JP"/>
        </w:rPr>
        <w:t>□　該当あり（下の表に詳細を記入してください）</w:t>
      </w:r>
      <w:r w:rsidRPr="00E218C0">
        <w:rPr>
          <w:rFonts w:asciiTheme="minorEastAsia" w:hAnsiTheme="minorEastAsia"/>
          <w:color w:val="auto"/>
          <w:sz w:val="19"/>
          <w:lang w:eastAsia="ja-JP"/>
        </w:rPr>
        <w:br/>
        <w:t>□　該当なし</w:t>
      </w:r>
    </w:p>
    <w:p w14:paraId="38E955E8" w14:textId="77777777" w:rsidR="00045698" w:rsidRPr="00E218C0" w:rsidRDefault="00247E77">
      <w:pPr>
        <w:spacing w:before="80" w:after="80"/>
        <w:rPr>
          <w:rFonts w:asciiTheme="minorEastAsia" w:hAnsiTheme="minorEastAsia"/>
          <w:color w:val="auto"/>
          <w:lang w:eastAsia="ja-JP"/>
        </w:rPr>
      </w:pPr>
      <w:r w:rsidRPr="00E218C0">
        <w:rPr>
          <w:rFonts w:asciiTheme="minorEastAsia" w:hAnsiTheme="minorEastAsia"/>
          <w:b/>
          <w:color w:val="auto"/>
          <w:lang w:eastAsia="ja-JP"/>
        </w:rPr>
        <w:t>2. 該当する場合の具体的な内容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728"/>
        <w:gridCol w:w="1872"/>
        <w:gridCol w:w="2160"/>
        <w:gridCol w:w="1440"/>
      </w:tblGrid>
      <w:tr w:rsidR="00E218C0" w:rsidRPr="00E218C0" w14:paraId="500AC635" w14:textId="77777777" w:rsidTr="000759E1">
        <w:trPr>
          <w:trHeight w:val="457"/>
          <w:jc w:val="center"/>
        </w:trPr>
        <w:tc>
          <w:tcPr>
            <w:tcW w:w="1872" w:type="dxa"/>
            <w:shd w:val="clear" w:color="auto" w:fill="FFFFFF" w:themeFill="background1"/>
            <w:tcMar>
              <w:top w:w="100" w:type="dxa"/>
              <w:left w:w="60" w:type="dxa"/>
              <w:bottom w:w="100" w:type="dxa"/>
              <w:right w:w="60" w:type="dxa"/>
            </w:tcMar>
            <w:vAlign w:val="center"/>
          </w:tcPr>
          <w:p w14:paraId="6A916C16" w14:textId="77777777" w:rsidR="00045698" w:rsidRPr="00E218C0" w:rsidRDefault="00247E77" w:rsidP="00E218C0">
            <w:pPr>
              <w:spacing w:after="0" w:line="240" w:lineRule="auto"/>
              <w:jc w:val="center"/>
              <w:rPr>
                <w:rFonts w:asciiTheme="minorEastAsia" w:hAnsiTheme="minorEastAsia"/>
                <w:color w:val="auto"/>
              </w:rPr>
            </w:pPr>
            <w:proofErr w:type="spellStart"/>
            <w:r w:rsidRPr="00E218C0">
              <w:rPr>
                <w:rFonts w:asciiTheme="minorEastAsia" w:hAnsiTheme="minorEastAsia"/>
                <w:b/>
                <w:color w:val="auto"/>
                <w:sz w:val="18"/>
              </w:rPr>
              <w:t>当団体の役員等氏名</w:t>
            </w:r>
            <w:proofErr w:type="spellEnd"/>
          </w:p>
        </w:tc>
        <w:tc>
          <w:tcPr>
            <w:tcW w:w="1728" w:type="dxa"/>
            <w:shd w:val="clear" w:color="auto" w:fill="FFFFFF" w:themeFill="background1"/>
            <w:tcMar>
              <w:top w:w="100" w:type="dxa"/>
              <w:left w:w="60" w:type="dxa"/>
              <w:bottom w:w="100" w:type="dxa"/>
              <w:right w:w="60" w:type="dxa"/>
            </w:tcMar>
            <w:vAlign w:val="center"/>
          </w:tcPr>
          <w:p w14:paraId="67EC7AC8" w14:textId="77777777" w:rsidR="00045698" w:rsidRPr="00E218C0" w:rsidRDefault="00247E77" w:rsidP="00E218C0">
            <w:pPr>
              <w:spacing w:after="0" w:line="240" w:lineRule="auto"/>
              <w:jc w:val="center"/>
              <w:rPr>
                <w:rFonts w:asciiTheme="minorEastAsia" w:hAnsiTheme="minorEastAsia"/>
                <w:color w:val="auto"/>
              </w:rPr>
            </w:pPr>
            <w:r w:rsidRPr="00E218C0">
              <w:rPr>
                <w:rFonts w:asciiTheme="minorEastAsia" w:hAnsiTheme="minorEastAsia"/>
                <w:b/>
                <w:color w:val="auto"/>
                <w:sz w:val="18"/>
              </w:rPr>
              <w:t>当団体での役職</w:t>
            </w:r>
          </w:p>
        </w:tc>
        <w:tc>
          <w:tcPr>
            <w:tcW w:w="1872" w:type="dxa"/>
            <w:shd w:val="clear" w:color="auto" w:fill="FFFFFF" w:themeFill="background1"/>
            <w:tcMar>
              <w:top w:w="100" w:type="dxa"/>
              <w:left w:w="60" w:type="dxa"/>
              <w:bottom w:w="100" w:type="dxa"/>
              <w:right w:w="60" w:type="dxa"/>
            </w:tcMar>
            <w:vAlign w:val="center"/>
          </w:tcPr>
          <w:p w14:paraId="762F2EFB" w14:textId="77777777" w:rsidR="00045698" w:rsidRPr="00E218C0" w:rsidRDefault="00247E77" w:rsidP="00E218C0">
            <w:pPr>
              <w:spacing w:after="0" w:line="240" w:lineRule="auto"/>
              <w:jc w:val="center"/>
              <w:rPr>
                <w:rFonts w:asciiTheme="minorEastAsia" w:hAnsiTheme="minorEastAsia"/>
                <w:color w:val="auto"/>
                <w:lang w:eastAsia="ja-JP"/>
              </w:rPr>
            </w:pPr>
            <w:r w:rsidRPr="00E218C0">
              <w:rPr>
                <w:rFonts w:asciiTheme="minorEastAsia" w:hAnsiTheme="minorEastAsia"/>
                <w:b/>
                <w:color w:val="auto"/>
                <w:sz w:val="18"/>
                <w:lang w:eastAsia="ja-JP"/>
              </w:rPr>
              <w:t>該当する議会議員の氏名</w:t>
            </w:r>
          </w:p>
        </w:tc>
        <w:tc>
          <w:tcPr>
            <w:tcW w:w="2160" w:type="dxa"/>
            <w:shd w:val="clear" w:color="auto" w:fill="FFFFFF" w:themeFill="background1"/>
            <w:tcMar>
              <w:top w:w="100" w:type="dxa"/>
              <w:left w:w="60" w:type="dxa"/>
              <w:bottom w:w="100" w:type="dxa"/>
              <w:right w:w="60" w:type="dxa"/>
            </w:tcMar>
            <w:vAlign w:val="center"/>
          </w:tcPr>
          <w:p w14:paraId="0B2A5BB5" w14:textId="77777777" w:rsidR="00045698" w:rsidRPr="00E218C0" w:rsidRDefault="00247E77" w:rsidP="00E218C0">
            <w:pPr>
              <w:spacing w:after="0" w:line="240" w:lineRule="auto"/>
              <w:jc w:val="center"/>
              <w:rPr>
                <w:rFonts w:asciiTheme="minorEastAsia" w:hAnsiTheme="minorEastAsia"/>
                <w:color w:val="auto"/>
                <w:lang w:eastAsia="ja-JP"/>
              </w:rPr>
            </w:pPr>
            <w:r w:rsidRPr="00E218C0">
              <w:rPr>
                <w:rFonts w:asciiTheme="minorEastAsia" w:hAnsiTheme="minorEastAsia"/>
                <w:b/>
                <w:color w:val="auto"/>
                <w:sz w:val="18"/>
                <w:lang w:eastAsia="ja-JP"/>
              </w:rPr>
              <w:t>議員との関係（続柄）</w:t>
            </w:r>
          </w:p>
        </w:tc>
        <w:tc>
          <w:tcPr>
            <w:tcW w:w="1440" w:type="dxa"/>
            <w:shd w:val="clear" w:color="auto" w:fill="FFFFFF" w:themeFill="background1"/>
            <w:tcMar>
              <w:top w:w="100" w:type="dxa"/>
              <w:left w:w="60" w:type="dxa"/>
              <w:bottom w:w="100" w:type="dxa"/>
              <w:right w:w="60" w:type="dxa"/>
            </w:tcMar>
            <w:vAlign w:val="center"/>
          </w:tcPr>
          <w:p w14:paraId="730CE06E" w14:textId="77777777" w:rsidR="00045698" w:rsidRPr="00E218C0" w:rsidRDefault="00247E77" w:rsidP="00E218C0">
            <w:pPr>
              <w:spacing w:after="0" w:line="240" w:lineRule="auto"/>
              <w:jc w:val="center"/>
              <w:rPr>
                <w:rFonts w:asciiTheme="minorEastAsia" w:hAnsiTheme="minorEastAsia"/>
                <w:color w:val="auto"/>
              </w:rPr>
            </w:pPr>
            <w:proofErr w:type="spellStart"/>
            <w:r w:rsidRPr="00E218C0">
              <w:rPr>
                <w:rFonts w:asciiTheme="minorEastAsia" w:hAnsiTheme="minorEastAsia"/>
                <w:b/>
                <w:color w:val="auto"/>
                <w:sz w:val="18"/>
              </w:rPr>
              <w:t>備考</w:t>
            </w:r>
            <w:proofErr w:type="spellEnd"/>
          </w:p>
        </w:tc>
      </w:tr>
      <w:tr w:rsidR="00E218C0" w:rsidRPr="00E218C0" w14:paraId="5BA340E7" w14:textId="77777777" w:rsidTr="000759E1">
        <w:trPr>
          <w:trHeight w:val="222"/>
          <w:jc w:val="center"/>
        </w:trPr>
        <w:tc>
          <w:tcPr>
            <w:tcW w:w="1872" w:type="dxa"/>
            <w:shd w:val="clear" w:color="auto" w:fill="F9FBFD"/>
            <w:tcMar>
              <w:top w:w="80" w:type="dxa"/>
              <w:left w:w="60" w:type="dxa"/>
              <w:bottom w:w="80" w:type="dxa"/>
              <w:right w:w="60" w:type="dxa"/>
            </w:tcMar>
          </w:tcPr>
          <w:p w14:paraId="4862CEF9" w14:textId="77777777" w:rsidR="00045698" w:rsidRPr="00E218C0" w:rsidRDefault="00247E77" w:rsidP="00D478AC">
            <w:pPr>
              <w:spacing w:after="0" w:line="240" w:lineRule="exact"/>
              <w:rPr>
                <w:rFonts w:asciiTheme="minorEastAsia" w:hAnsiTheme="minorEastAsia"/>
                <w:color w:val="auto"/>
              </w:rPr>
            </w:pPr>
            <w:r w:rsidRPr="00E218C0">
              <w:rPr>
                <w:rFonts w:asciiTheme="minorEastAsia" w:hAnsiTheme="minorEastAsia"/>
                <w:color w:val="auto"/>
                <w:sz w:val="17"/>
              </w:rPr>
              <w:t>（</w:t>
            </w:r>
            <w:proofErr w:type="spellStart"/>
            <w:r w:rsidRPr="00E218C0">
              <w:rPr>
                <w:rFonts w:asciiTheme="minorEastAsia" w:hAnsiTheme="minorEastAsia"/>
                <w:color w:val="auto"/>
                <w:sz w:val="17"/>
              </w:rPr>
              <w:t>例）〇〇</w:t>
            </w:r>
            <w:proofErr w:type="spellEnd"/>
            <w:r w:rsidRPr="00E218C0">
              <w:rPr>
                <w:rFonts w:asciiTheme="minorEastAsia" w:hAnsiTheme="minorEastAsia"/>
                <w:color w:val="auto"/>
                <w:sz w:val="17"/>
              </w:rPr>
              <w:t xml:space="preserve"> </w:t>
            </w:r>
            <w:proofErr w:type="spellStart"/>
            <w:r w:rsidRPr="00E218C0">
              <w:rPr>
                <w:rFonts w:asciiTheme="minorEastAsia" w:hAnsiTheme="minorEastAsia"/>
                <w:color w:val="auto"/>
                <w:sz w:val="17"/>
              </w:rPr>
              <w:t>太郎</w:t>
            </w:r>
            <w:proofErr w:type="spellEnd"/>
          </w:p>
        </w:tc>
        <w:tc>
          <w:tcPr>
            <w:tcW w:w="1728" w:type="dxa"/>
            <w:shd w:val="clear" w:color="auto" w:fill="F9FBFD"/>
            <w:tcMar>
              <w:top w:w="80" w:type="dxa"/>
              <w:left w:w="60" w:type="dxa"/>
              <w:bottom w:w="80" w:type="dxa"/>
              <w:right w:w="60" w:type="dxa"/>
            </w:tcMar>
          </w:tcPr>
          <w:p w14:paraId="11AAF9A1" w14:textId="77777777" w:rsidR="00045698" w:rsidRPr="00E218C0" w:rsidRDefault="00247E77" w:rsidP="00D478AC">
            <w:pPr>
              <w:spacing w:after="0" w:line="240" w:lineRule="exact"/>
              <w:rPr>
                <w:rFonts w:asciiTheme="minorEastAsia" w:hAnsiTheme="minorEastAsia"/>
                <w:color w:val="auto"/>
              </w:rPr>
            </w:pPr>
            <w:r w:rsidRPr="00E218C0">
              <w:rPr>
                <w:rFonts w:asciiTheme="minorEastAsia" w:hAnsiTheme="minorEastAsia"/>
                <w:color w:val="auto"/>
                <w:sz w:val="17"/>
              </w:rPr>
              <w:t>代表取締役</w:t>
            </w:r>
          </w:p>
        </w:tc>
        <w:tc>
          <w:tcPr>
            <w:tcW w:w="1872" w:type="dxa"/>
            <w:shd w:val="clear" w:color="auto" w:fill="F9FBFD"/>
            <w:tcMar>
              <w:top w:w="80" w:type="dxa"/>
              <w:left w:w="60" w:type="dxa"/>
              <w:bottom w:w="80" w:type="dxa"/>
              <w:right w:w="60" w:type="dxa"/>
            </w:tcMar>
          </w:tcPr>
          <w:p w14:paraId="673760CA" w14:textId="77777777" w:rsidR="00045698" w:rsidRPr="00E218C0" w:rsidRDefault="00247E77" w:rsidP="00D478AC">
            <w:pPr>
              <w:spacing w:after="0" w:line="240" w:lineRule="exact"/>
              <w:rPr>
                <w:rFonts w:asciiTheme="minorEastAsia" w:hAnsiTheme="minorEastAsia"/>
                <w:color w:val="auto"/>
              </w:rPr>
            </w:pPr>
            <w:r w:rsidRPr="00E218C0">
              <w:rPr>
                <w:rFonts w:asciiTheme="minorEastAsia" w:hAnsiTheme="minorEastAsia"/>
                <w:color w:val="auto"/>
                <w:sz w:val="17"/>
              </w:rPr>
              <w:t>〇〇 花子</w:t>
            </w:r>
          </w:p>
        </w:tc>
        <w:tc>
          <w:tcPr>
            <w:tcW w:w="2160" w:type="dxa"/>
            <w:shd w:val="clear" w:color="auto" w:fill="F9FBFD"/>
            <w:tcMar>
              <w:top w:w="80" w:type="dxa"/>
              <w:left w:w="60" w:type="dxa"/>
              <w:bottom w:w="80" w:type="dxa"/>
              <w:right w:w="60" w:type="dxa"/>
            </w:tcMar>
          </w:tcPr>
          <w:p w14:paraId="52891447" w14:textId="77777777" w:rsidR="00045698" w:rsidRPr="00E218C0" w:rsidRDefault="00247E77" w:rsidP="00D478AC">
            <w:pPr>
              <w:spacing w:after="0" w:line="240" w:lineRule="exact"/>
              <w:rPr>
                <w:rFonts w:asciiTheme="minorEastAsia" w:hAnsiTheme="minorEastAsia"/>
                <w:color w:val="auto"/>
              </w:rPr>
            </w:pPr>
            <w:r w:rsidRPr="00E218C0">
              <w:rPr>
                <w:rFonts w:asciiTheme="minorEastAsia" w:hAnsiTheme="minorEastAsia"/>
                <w:color w:val="auto"/>
                <w:sz w:val="17"/>
              </w:rPr>
              <w:t>配偶者</w:t>
            </w:r>
          </w:p>
        </w:tc>
        <w:tc>
          <w:tcPr>
            <w:tcW w:w="1440" w:type="dxa"/>
            <w:shd w:val="clear" w:color="auto" w:fill="F9FBFD"/>
            <w:tcMar>
              <w:top w:w="80" w:type="dxa"/>
              <w:left w:w="60" w:type="dxa"/>
              <w:bottom w:w="80" w:type="dxa"/>
              <w:right w:w="60" w:type="dxa"/>
            </w:tcMar>
          </w:tcPr>
          <w:p w14:paraId="6FDBBB09" w14:textId="77777777" w:rsidR="00045698" w:rsidRPr="00E218C0" w:rsidRDefault="00045698" w:rsidP="00D478AC">
            <w:pPr>
              <w:spacing w:after="0" w:line="240" w:lineRule="exact"/>
              <w:rPr>
                <w:rFonts w:asciiTheme="minorEastAsia" w:hAnsiTheme="minorEastAsia"/>
                <w:color w:val="auto"/>
              </w:rPr>
            </w:pPr>
          </w:p>
        </w:tc>
      </w:tr>
      <w:tr w:rsidR="003B3094" w:rsidRPr="00E218C0" w14:paraId="69141F5B" w14:textId="77777777" w:rsidTr="000759E1">
        <w:trPr>
          <w:trHeight w:val="298"/>
          <w:jc w:val="center"/>
        </w:trPr>
        <w:tc>
          <w:tcPr>
            <w:tcW w:w="1872" w:type="dxa"/>
            <w:shd w:val="clear" w:color="auto" w:fill="auto"/>
            <w:tcMar>
              <w:top w:w="80" w:type="dxa"/>
              <w:left w:w="60" w:type="dxa"/>
              <w:bottom w:w="80" w:type="dxa"/>
              <w:right w:w="60" w:type="dxa"/>
            </w:tcMar>
          </w:tcPr>
          <w:p w14:paraId="58E7C762" w14:textId="77777777" w:rsidR="003B3094" w:rsidRPr="00E218C0" w:rsidRDefault="003B3094" w:rsidP="00D478AC">
            <w:pPr>
              <w:spacing w:after="0" w:line="240" w:lineRule="exact"/>
              <w:rPr>
                <w:rFonts w:asciiTheme="minorEastAsia" w:hAnsiTheme="minorEastAsia"/>
                <w:color w:val="auto"/>
                <w:sz w:val="17"/>
              </w:rPr>
            </w:pPr>
          </w:p>
        </w:tc>
        <w:tc>
          <w:tcPr>
            <w:tcW w:w="1728" w:type="dxa"/>
            <w:shd w:val="clear" w:color="auto" w:fill="auto"/>
            <w:tcMar>
              <w:top w:w="80" w:type="dxa"/>
              <w:left w:w="60" w:type="dxa"/>
              <w:bottom w:w="80" w:type="dxa"/>
              <w:right w:w="60" w:type="dxa"/>
            </w:tcMar>
          </w:tcPr>
          <w:p w14:paraId="4ED8EDEA" w14:textId="77777777" w:rsidR="003B3094" w:rsidRPr="00E218C0" w:rsidRDefault="003B3094" w:rsidP="00D478AC">
            <w:pPr>
              <w:spacing w:after="0" w:line="240" w:lineRule="exact"/>
              <w:rPr>
                <w:rFonts w:asciiTheme="minorEastAsia" w:hAnsiTheme="minorEastAsia"/>
                <w:color w:val="auto"/>
                <w:sz w:val="17"/>
              </w:rPr>
            </w:pPr>
          </w:p>
        </w:tc>
        <w:tc>
          <w:tcPr>
            <w:tcW w:w="1872" w:type="dxa"/>
            <w:shd w:val="clear" w:color="auto" w:fill="auto"/>
            <w:tcMar>
              <w:top w:w="80" w:type="dxa"/>
              <w:left w:w="60" w:type="dxa"/>
              <w:bottom w:w="80" w:type="dxa"/>
              <w:right w:w="60" w:type="dxa"/>
            </w:tcMar>
          </w:tcPr>
          <w:p w14:paraId="732C18C0" w14:textId="77777777" w:rsidR="003B3094" w:rsidRPr="00E218C0" w:rsidRDefault="003B3094" w:rsidP="00D478AC">
            <w:pPr>
              <w:spacing w:after="0" w:line="240" w:lineRule="exact"/>
              <w:rPr>
                <w:rFonts w:asciiTheme="minorEastAsia" w:hAnsiTheme="minorEastAsia"/>
                <w:color w:val="auto"/>
                <w:sz w:val="17"/>
              </w:rPr>
            </w:pPr>
          </w:p>
        </w:tc>
        <w:tc>
          <w:tcPr>
            <w:tcW w:w="2160" w:type="dxa"/>
            <w:shd w:val="clear" w:color="auto" w:fill="auto"/>
            <w:tcMar>
              <w:top w:w="80" w:type="dxa"/>
              <w:left w:w="60" w:type="dxa"/>
              <w:bottom w:w="80" w:type="dxa"/>
              <w:right w:w="60" w:type="dxa"/>
            </w:tcMar>
          </w:tcPr>
          <w:p w14:paraId="7DBE696B" w14:textId="77777777" w:rsidR="003B3094" w:rsidRPr="00E218C0" w:rsidRDefault="003B3094" w:rsidP="00D478AC">
            <w:pPr>
              <w:spacing w:after="0" w:line="240" w:lineRule="exact"/>
              <w:rPr>
                <w:rFonts w:asciiTheme="minorEastAsia" w:hAnsiTheme="minorEastAsia"/>
                <w:color w:val="auto"/>
                <w:sz w:val="17"/>
              </w:rPr>
            </w:pPr>
          </w:p>
        </w:tc>
        <w:tc>
          <w:tcPr>
            <w:tcW w:w="1440" w:type="dxa"/>
            <w:shd w:val="clear" w:color="auto" w:fill="auto"/>
            <w:tcMar>
              <w:top w:w="80" w:type="dxa"/>
              <w:left w:w="60" w:type="dxa"/>
              <w:bottom w:w="80" w:type="dxa"/>
              <w:right w:w="60" w:type="dxa"/>
            </w:tcMar>
          </w:tcPr>
          <w:p w14:paraId="0CDF2ED3" w14:textId="77777777" w:rsidR="003B3094" w:rsidRPr="00E218C0" w:rsidRDefault="003B3094" w:rsidP="00D478AC">
            <w:pPr>
              <w:spacing w:after="0" w:line="240" w:lineRule="exact"/>
              <w:rPr>
                <w:rFonts w:asciiTheme="minorEastAsia" w:hAnsiTheme="minorEastAsia"/>
                <w:color w:val="auto"/>
              </w:rPr>
            </w:pPr>
          </w:p>
        </w:tc>
      </w:tr>
      <w:tr w:rsidR="003B3094" w:rsidRPr="00E218C0" w14:paraId="5E212246" w14:textId="77777777" w:rsidTr="000759E1">
        <w:trPr>
          <w:trHeight w:val="298"/>
          <w:jc w:val="center"/>
        </w:trPr>
        <w:tc>
          <w:tcPr>
            <w:tcW w:w="1872" w:type="dxa"/>
            <w:shd w:val="clear" w:color="auto" w:fill="auto"/>
            <w:tcMar>
              <w:top w:w="80" w:type="dxa"/>
              <w:left w:w="60" w:type="dxa"/>
              <w:bottom w:w="80" w:type="dxa"/>
              <w:right w:w="60" w:type="dxa"/>
            </w:tcMar>
          </w:tcPr>
          <w:p w14:paraId="20FDC8D8" w14:textId="77777777" w:rsidR="003B3094" w:rsidRPr="00E218C0" w:rsidRDefault="003B3094" w:rsidP="00E218C0">
            <w:pPr>
              <w:spacing w:after="0" w:line="240" w:lineRule="auto"/>
              <w:rPr>
                <w:rFonts w:asciiTheme="minorEastAsia" w:hAnsiTheme="minorEastAsia"/>
                <w:color w:val="auto"/>
                <w:lang w:eastAsia="ja-JP"/>
              </w:rPr>
            </w:pPr>
          </w:p>
        </w:tc>
        <w:tc>
          <w:tcPr>
            <w:tcW w:w="1728" w:type="dxa"/>
            <w:shd w:val="clear" w:color="auto" w:fill="auto"/>
            <w:tcMar>
              <w:top w:w="80" w:type="dxa"/>
              <w:left w:w="60" w:type="dxa"/>
              <w:bottom w:w="80" w:type="dxa"/>
              <w:right w:w="60" w:type="dxa"/>
            </w:tcMar>
          </w:tcPr>
          <w:p w14:paraId="430EC1AA" w14:textId="77777777" w:rsidR="003B3094" w:rsidRPr="00E218C0" w:rsidRDefault="003B3094" w:rsidP="00E218C0">
            <w:pPr>
              <w:spacing w:after="0" w:line="240" w:lineRule="auto"/>
              <w:rPr>
                <w:rFonts w:asciiTheme="minorEastAsia" w:hAnsiTheme="minorEastAsia"/>
                <w:color w:val="auto"/>
                <w:lang w:eastAsia="ja-JP"/>
              </w:rPr>
            </w:pPr>
          </w:p>
        </w:tc>
        <w:tc>
          <w:tcPr>
            <w:tcW w:w="1872" w:type="dxa"/>
            <w:shd w:val="clear" w:color="auto" w:fill="auto"/>
            <w:tcMar>
              <w:top w:w="80" w:type="dxa"/>
              <w:left w:w="60" w:type="dxa"/>
              <w:bottom w:w="80" w:type="dxa"/>
              <w:right w:w="60" w:type="dxa"/>
            </w:tcMar>
          </w:tcPr>
          <w:p w14:paraId="28285D44" w14:textId="77777777" w:rsidR="003B3094" w:rsidRPr="00E218C0" w:rsidRDefault="003B3094" w:rsidP="00E218C0">
            <w:pPr>
              <w:spacing w:after="0" w:line="240" w:lineRule="auto"/>
              <w:rPr>
                <w:rFonts w:asciiTheme="minorEastAsia" w:hAnsiTheme="minorEastAsia"/>
                <w:color w:val="auto"/>
                <w:lang w:eastAsia="ja-JP"/>
              </w:rPr>
            </w:pPr>
          </w:p>
        </w:tc>
        <w:tc>
          <w:tcPr>
            <w:tcW w:w="2160" w:type="dxa"/>
            <w:shd w:val="clear" w:color="auto" w:fill="auto"/>
            <w:tcMar>
              <w:top w:w="80" w:type="dxa"/>
              <w:left w:w="60" w:type="dxa"/>
              <w:bottom w:w="80" w:type="dxa"/>
              <w:right w:w="60" w:type="dxa"/>
            </w:tcMar>
          </w:tcPr>
          <w:p w14:paraId="2F8ED09F" w14:textId="77777777" w:rsidR="003B3094" w:rsidRPr="00E218C0" w:rsidRDefault="003B3094" w:rsidP="00E218C0">
            <w:pPr>
              <w:spacing w:after="0" w:line="240" w:lineRule="auto"/>
              <w:rPr>
                <w:rFonts w:asciiTheme="minorEastAsia" w:hAnsiTheme="minorEastAsia"/>
                <w:color w:val="auto"/>
                <w:lang w:eastAsia="ja-JP"/>
              </w:rPr>
            </w:pPr>
          </w:p>
        </w:tc>
        <w:tc>
          <w:tcPr>
            <w:tcW w:w="1440" w:type="dxa"/>
            <w:shd w:val="clear" w:color="auto" w:fill="auto"/>
            <w:tcMar>
              <w:top w:w="80" w:type="dxa"/>
              <w:left w:w="60" w:type="dxa"/>
              <w:bottom w:w="80" w:type="dxa"/>
              <w:right w:w="60" w:type="dxa"/>
            </w:tcMar>
          </w:tcPr>
          <w:p w14:paraId="14E63237" w14:textId="77777777" w:rsidR="003B3094" w:rsidRPr="00E218C0" w:rsidRDefault="003B3094" w:rsidP="00E218C0">
            <w:pPr>
              <w:spacing w:after="0" w:line="240" w:lineRule="auto"/>
              <w:rPr>
                <w:rFonts w:asciiTheme="minorEastAsia" w:hAnsiTheme="minorEastAsia"/>
                <w:color w:val="auto"/>
                <w:lang w:eastAsia="ja-JP"/>
              </w:rPr>
            </w:pPr>
          </w:p>
        </w:tc>
      </w:tr>
    </w:tbl>
    <w:p w14:paraId="382CBD68" w14:textId="77777777" w:rsidR="00045698" w:rsidRPr="00E218C0" w:rsidRDefault="00247E77">
      <w:pPr>
        <w:spacing w:before="200" w:after="80"/>
        <w:rPr>
          <w:rFonts w:asciiTheme="minorEastAsia" w:hAnsiTheme="minorEastAsia"/>
          <w:color w:val="auto"/>
          <w:lang w:eastAsia="ja-JP"/>
        </w:rPr>
      </w:pPr>
      <w:r w:rsidRPr="00E218C0">
        <w:rPr>
          <w:rFonts w:asciiTheme="minorEastAsia" w:hAnsiTheme="minorEastAsia"/>
          <w:b/>
          <w:color w:val="auto"/>
          <w:lang w:eastAsia="ja-JP"/>
        </w:rPr>
        <w:t>3. 申告にあたっての確認事項（法令等に関する注記）</w:t>
      </w:r>
    </w:p>
    <w:p w14:paraId="276B20CA" w14:textId="65708838" w:rsidR="00045698" w:rsidRPr="00E218C0" w:rsidRDefault="00247E77">
      <w:pPr>
        <w:ind w:left="144"/>
        <w:rPr>
          <w:rFonts w:asciiTheme="minorEastAsia" w:hAnsiTheme="minorEastAsia"/>
          <w:color w:val="auto"/>
          <w:lang w:eastAsia="ja-JP"/>
        </w:rPr>
      </w:pPr>
      <w:r w:rsidRPr="00E218C0">
        <w:rPr>
          <w:rFonts w:asciiTheme="minorEastAsia" w:hAnsiTheme="minorEastAsia"/>
          <w:color w:val="auto"/>
          <w:sz w:val="17"/>
          <w:lang w:eastAsia="ja-JP"/>
        </w:rPr>
        <w:t>【対象となる議員および関係者の範囲】</w:t>
      </w:r>
      <w:r w:rsidRPr="00E218C0">
        <w:rPr>
          <w:rFonts w:asciiTheme="minorEastAsia" w:hAnsiTheme="minorEastAsia"/>
          <w:color w:val="auto"/>
          <w:sz w:val="17"/>
          <w:lang w:eastAsia="ja-JP"/>
        </w:rPr>
        <w:br/>
        <w:t>① 議会議員本人（当団体の役員・社員・支配人等を兼ねている場合）</w:t>
      </w:r>
      <w:r w:rsidRPr="00E218C0">
        <w:rPr>
          <w:rFonts w:asciiTheme="minorEastAsia" w:hAnsiTheme="minorEastAsia"/>
          <w:color w:val="auto"/>
          <w:sz w:val="17"/>
          <w:lang w:eastAsia="ja-JP"/>
        </w:rPr>
        <w:br/>
        <w:t>② 議会議員の配偶者、</w:t>
      </w:r>
      <w:r w:rsidR="00D478AC">
        <w:rPr>
          <w:rFonts w:asciiTheme="minorEastAsia" w:hAnsiTheme="minorEastAsia" w:hint="eastAsia"/>
          <w:color w:val="auto"/>
          <w:sz w:val="17"/>
          <w:lang w:eastAsia="ja-JP"/>
        </w:rPr>
        <w:t>並びに</w:t>
      </w:r>
      <w:r w:rsidRPr="00E218C0">
        <w:rPr>
          <w:rFonts w:asciiTheme="minorEastAsia" w:hAnsiTheme="minorEastAsia"/>
          <w:color w:val="auto"/>
          <w:sz w:val="17"/>
          <w:lang w:eastAsia="ja-JP"/>
        </w:rPr>
        <w:t>議員の一親等以内の親族（実父母、実子、養父母、養子、配偶者の実父母等）</w:t>
      </w:r>
      <w:r w:rsidRPr="00E218C0">
        <w:rPr>
          <w:rFonts w:asciiTheme="minorEastAsia" w:hAnsiTheme="minorEastAsia"/>
          <w:color w:val="auto"/>
          <w:sz w:val="17"/>
          <w:lang w:eastAsia="ja-JP"/>
        </w:rPr>
        <w:br/>
      </w:r>
      <w:r w:rsidRPr="00E218C0">
        <w:rPr>
          <w:rFonts w:asciiTheme="minorEastAsia" w:hAnsiTheme="minorEastAsia"/>
          <w:color w:val="auto"/>
          <w:sz w:val="17"/>
          <w:lang w:eastAsia="ja-JP"/>
        </w:rPr>
        <w:br/>
        <w:t>【地方自治法第117条（除斥規定）について】</w:t>
      </w:r>
      <w:r w:rsidRPr="00E218C0">
        <w:rPr>
          <w:rFonts w:asciiTheme="minorEastAsia" w:hAnsiTheme="minorEastAsia"/>
          <w:color w:val="auto"/>
          <w:sz w:val="17"/>
          <w:lang w:eastAsia="ja-JP"/>
        </w:rPr>
        <w:br/>
      </w:r>
      <w:r w:rsidR="000759E1">
        <w:rPr>
          <w:rFonts w:asciiTheme="minorEastAsia" w:hAnsiTheme="minorEastAsia" w:hint="eastAsia"/>
          <w:color w:val="auto"/>
          <w:sz w:val="17"/>
          <w:lang w:eastAsia="ja-JP"/>
        </w:rPr>
        <w:t xml:space="preserve">　</w:t>
      </w:r>
      <w:r w:rsidRPr="00E218C0">
        <w:rPr>
          <w:rFonts w:asciiTheme="minorEastAsia" w:hAnsiTheme="minorEastAsia"/>
          <w:color w:val="auto"/>
          <w:sz w:val="17"/>
          <w:lang w:eastAsia="ja-JP"/>
        </w:rPr>
        <w:t>本申告書は、指定管理者の指定議案が議会に提出された際、当該議員が法第117条に規定する「直接の利害関係のある事件」として議決・審議を回避（退席）する手続きをスムーズに行うための事前確認書類です。本申告をもって応募資格が制限されるものではありません。</w:t>
      </w:r>
    </w:p>
    <w:sectPr w:rsidR="00045698" w:rsidRPr="00E218C0" w:rsidSect="001D18EA">
      <w:headerReference w:type="default" r:id="rId8"/>
      <w:pgSz w:w="11909" w:h="16834"/>
      <w:pgMar w:top="1411" w:right="1411" w:bottom="851"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6565" w14:textId="77777777" w:rsidR="00E9362B" w:rsidRDefault="00E9362B" w:rsidP="001D18EA">
      <w:pPr>
        <w:spacing w:after="0" w:line="240" w:lineRule="auto"/>
      </w:pPr>
      <w:r>
        <w:separator/>
      </w:r>
    </w:p>
  </w:endnote>
  <w:endnote w:type="continuationSeparator" w:id="0">
    <w:p w14:paraId="69268222" w14:textId="77777777" w:rsidR="00E9362B" w:rsidRDefault="00E9362B" w:rsidP="001D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2A79F" w14:textId="77777777" w:rsidR="00E9362B" w:rsidRDefault="00E9362B" w:rsidP="001D18EA">
      <w:pPr>
        <w:spacing w:after="0" w:line="240" w:lineRule="auto"/>
      </w:pPr>
      <w:r>
        <w:separator/>
      </w:r>
    </w:p>
  </w:footnote>
  <w:footnote w:type="continuationSeparator" w:id="0">
    <w:p w14:paraId="29939E65" w14:textId="77777777" w:rsidR="00E9362B" w:rsidRDefault="00E9362B" w:rsidP="001D1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EA8A" w14:textId="2F74B8A4" w:rsidR="001D18EA" w:rsidRDefault="001D18EA" w:rsidP="001D18EA">
    <w:pPr>
      <w:pStyle w:val="a5"/>
      <w:jc w:val="right"/>
    </w:pPr>
    <w:r>
      <w:rPr>
        <w:rFonts w:hint="eastAsia"/>
        <w:lang w:eastAsia="ja-JP"/>
      </w:rPr>
      <w:t>参考様式１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70273284">
    <w:abstractNumId w:val="8"/>
  </w:num>
  <w:num w:numId="2" w16cid:durableId="1013843245">
    <w:abstractNumId w:val="6"/>
  </w:num>
  <w:num w:numId="3" w16cid:durableId="1119301198">
    <w:abstractNumId w:val="5"/>
  </w:num>
  <w:num w:numId="4" w16cid:durableId="1441413239">
    <w:abstractNumId w:val="4"/>
  </w:num>
  <w:num w:numId="5" w16cid:durableId="12920662">
    <w:abstractNumId w:val="7"/>
  </w:num>
  <w:num w:numId="6" w16cid:durableId="641354144">
    <w:abstractNumId w:val="3"/>
  </w:num>
  <w:num w:numId="7" w16cid:durableId="1637418136">
    <w:abstractNumId w:val="2"/>
  </w:num>
  <w:num w:numId="8" w16cid:durableId="62486372">
    <w:abstractNumId w:val="1"/>
  </w:num>
  <w:num w:numId="9" w16cid:durableId="628511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698"/>
    <w:rsid w:val="0006063C"/>
    <w:rsid w:val="000759E1"/>
    <w:rsid w:val="0015074B"/>
    <w:rsid w:val="001D18EA"/>
    <w:rsid w:val="002415C7"/>
    <w:rsid w:val="00247E77"/>
    <w:rsid w:val="0029639D"/>
    <w:rsid w:val="00326F90"/>
    <w:rsid w:val="003B3094"/>
    <w:rsid w:val="006D004A"/>
    <w:rsid w:val="00723D11"/>
    <w:rsid w:val="0092032A"/>
    <w:rsid w:val="00A73114"/>
    <w:rsid w:val="00AA1D8D"/>
    <w:rsid w:val="00B47730"/>
    <w:rsid w:val="00C20177"/>
    <w:rsid w:val="00CB0664"/>
    <w:rsid w:val="00D478AC"/>
    <w:rsid w:val="00E218C0"/>
    <w:rsid w:val="00E936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D0C14CE"/>
  <w14:defaultImageDpi w14:val="300"/>
  <w15:docId w15:val="{98EEF429-8FD9-46C0-8D24-911DBA2E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hAnsi="游明朝"/>
      <w:color w:val="333333"/>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102</Words>
  <Characters>582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立柳　俊一</cp:lastModifiedBy>
  <cp:revision>6</cp:revision>
  <cp:lastPrinted>2026-09-09T07:11:00Z</cp:lastPrinted>
  <dcterms:created xsi:type="dcterms:W3CDTF">2013-12-23T23:15:00Z</dcterms:created>
  <dcterms:modified xsi:type="dcterms:W3CDTF">2026-09-11T01:29:00Z</dcterms:modified>
  <cp:category/>
</cp:coreProperties>
</file>